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C6717" w14:textId="45CF878D" w:rsidR="00706B7F" w:rsidRDefault="00115408" w:rsidP="00FB7833">
      <w:pPr>
        <w:pStyle w:val="Title"/>
      </w:pPr>
      <w:r w:rsidRPr="00FB7833">
        <w:t>Gilmore City Public Library Board Meeting</w:t>
      </w:r>
      <w:r w:rsidR="00FB7833">
        <w:t xml:space="preserve"> </w:t>
      </w:r>
      <w:r>
        <w:t>Agenda</w:t>
      </w:r>
    </w:p>
    <w:p w14:paraId="2C2E2B3E" w14:textId="11786407" w:rsidR="00FB7833" w:rsidRPr="002B05B0" w:rsidRDefault="00115408" w:rsidP="00FB7833">
      <w:pPr>
        <w:spacing w:after="0"/>
        <w:rPr>
          <w:sz w:val="16"/>
          <w:szCs w:val="16"/>
        </w:rPr>
      </w:pPr>
      <w:r w:rsidRPr="002B05B0">
        <w:rPr>
          <w:sz w:val="16"/>
          <w:szCs w:val="16"/>
        </w:rPr>
        <w:t xml:space="preserve">Monday, </w:t>
      </w:r>
      <w:r w:rsidR="00A3697A">
        <w:rPr>
          <w:sz w:val="16"/>
          <w:szCs w:val="16"/>
        </w:rPr>
        <w:t>September 2</w:t>
      </w:r>
      <w:r w:rsidR="00171F70">
        <w:rPr>
          <w:sz w:val="16"/>
          <w:szCs w:val="16"/>
        </w:rPr>
        <w:t>8</w:t>
      </w:r>
      <w:r w:rsidR="00A3697A">
        <w:rPr>
          <w:sz w:val="16"/>
          <w:szCs w:val="16"/>
        </w:rPr>
        <w:t>th</w:t>
      </w:r>
      <w:r w:rsidRPr="002B05B0">
        <w:rPr>
          <w:sz w:val="16"/>
          <w:szCs w:val="16"/>
        </w:rPr>
        <w:t>, 202</w:t>
      </w:r>
      <w:r w:rsidR="00CA0CD5" w:rsidRPr="002B05B0">
        <w:rPr>
          <w:sz w:val="16"/>
          <w:szCs w:val="16"/>
        </w:rPr>
        <w:t>6</w:t>
      </w:r>
      <w:r w:rsidRPr="002B05B0">
        <w:rPr>
          <w:sz w:val="16"/>
          <w:szCs w:val="16"/>
        </w:rPr>
        <w:t xml:space="preserve"> – 5:30 PM</w:t>
      </w:r>
    </w:p>
    <w:p w14:paraId="368042F7" w14:textId="29ABD8B0" w:rsidR="00706B7F" w:rsidRPr="002B05B0" w:rsidRDefault="00C7344E" w:rsidP="00FB7833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September </w:t>
      </w:r>
      <w:r w:rsidR="00F362B2" w:rsidRPr="002B05B0">
        <w:rPr>
          <w:sz w:val="16"/>
          <w:szCs w:val="16"/>
        </w:rPr>
        <w:t>202</w:t>
      </w:r>
      <w:r w:rsidR="00E034C1" w:rsidRPr="002B05B0">
        <w:rPr>
          <w:sz w:val="16"/>
          <w:szCs w:val="16"/>
        </w:rPr>
        <w:t>6</w:t>
      </w:r>
      <w:r w:rsidR="00F362B2" w:rsidRPr="002B05B0">
        <w:rPr>
          <w:sz w:val="16"/>
          <w:szCs w:val="16"/>
        </w:rPr>
        <w:t xml:space="preserve"> Meeting</w:t>
      </w:r>
    </w:p>
    <w:p w14:paraId="7195C895" w14:textId="585AF677" w:rsidR="00706B7F" w:rsidRPr="002B05B0" w:rsidRDefault="00115408" w:rsidP="00FB7833">
      <w:pPr>
        <w:spacing w:after="0"/>
        <w:rPr>
          <w:sz w:val="16"/>
          <w:szCs w:val="16"/>
        </w:rPr>
      </w:pPr>
      <w:r w:rsidRPr="002B05B0">
        <w:rPr>
          <w:sz w:val="16"/>
          <w:szCs w:val="16"/>
        </w:rPr>
        <w:t>Bills will be for</w:t>
      </w:r>
      <w:r w:rsidR="000D7C11" w:rsidRPr="002B05B0">
        <w:rPr>
          <w:sz w:val="16"/>
          <w:szCs w:val="16"/>
        </w:rPr>
        <w:t xml:space="preserve"> </w:t>
      </w:r>
      <w:r w:rsidR="00C7344E">
        <w:rPr>
          <w:sz w:val="16"/>
          <w:szCs w:val="16"/>
        </w:rPr>
        <w:t>August</w:t>
      </w:r>
      <w:r w:rsidR="00C27082" w:rsidRPr="002B05B0">
        <w:rPr>
          <w:sz w:val="16"/>
          <w:szCs w:val="16"/>
        </w:rPr>
        <w:t xml:space="preserve"> </w:t>
      </w:r>
      <w:r w:rsidRPr="002B05B0">
        <w:rPr>
          <w:sz w:val="16"/>
          <w:szCs w:val="16"/>
        </w:rPr>
        <w:t>202</w:t>
      </w:r>
      <w:r w:rsidR="00E034C1" w:rsidRPr="002B05B0">
        <w:rPr>
          <w:sz w:val="16"/>
          <w:szCs w:val="16"/>
        </w:rPr>
        <w:t>6</w:t>
      </w:r>
    </w:p>
    <w:p w14:paraId="1A3CE794" w14:textId="77777777" w:rsidR="00706B7F" w:rsidRPr="002B05B0" w:rsidRDefault="00115408" w:rsidP="00FB7833">
      <w:pPr>
        <w:spacing w:after="0"/>
        <w:rPr>
          <w:sz w:val="16"/>
          <w:szCs w:val="16"/>
        </w:rPr>
      </w:pPr>
      <w:r w:rsidRPr="002B05B0">
        <w:rPr>
          <w:sz w:val="16"/>
          <w:szCs w:val="16"/>
        </w:rPr>
        <w:t>Location: Gilmore City Public Library, 308 S. Gilmore St., Gilmore City, Iowa 50541</w:t>
      </w:r>
    </w:p>
    <w:p w14:paraId="2D8CDE86" w14:textId="77777777" w:rsidR="00706B7F" w:rsidRPr="00560603" w:rsidRDefault="00115408">
      <w:pPr>
        <w:pStyle w:val="Heading2"/>
        <w:rPr>
          <w:sz w:val="16"/>
          <w:szCs w:val="16"/>
        </w:rPr>
      </w:pPr>
      <w:r w:rsidRPr="00560603">
        <w:rPr>
          <w:sz w:val="16"/>
          <w:szCs w:val="16"/>
        </w:rPr>
        <w:t>Call to Order &amp; Roll Call</w:t>
      </w:r>
    </w:p>
    <w:p w14:paraId="104198A5" w14:textId="31560D7C" w:rsidR="00706B7F" w:rsidRPr="007973BB" w:rsidRDefault="00115408">
      <w:pPr>
        <w:pStyle w:val="ListBullet"/>
        <w:rPr>
          <w:sz w:val="14"/>
          <w:szCs w:val="14"/>
        </w:rPr>
      </w:pPr>
      <w:r w:rsidRPr="007973BB">
        <w:rPr>
          <w:sz w:val="14"/>
          <w:szCs w:val="14"/>
        </w:rPr>
        <w:t>Tracy Schriber (President)</w:t>
      </w:r>
      <w:r w:rsidR="00FF2F98" w:rsidRPr="007973BB">
        <w:rPr>
          <w:sz w:val="14"/>
          <w:szCs w:val="14"/>
        </w:rPr>
        <w:t xml:space="preserve"> </w:t>
      </w:r>
    </w:p>
    <w:p w14:paraId="3F899CE0" w14:textId="77777777" w:rsidR="00706B7F" w:rsidRPr="007973BB" w:rsidRDefault="00115408">
      <w:pPr>
        <w:pStyle w:val="ListBullet"/>
        <w:rPr>
          <w:sz w:val="14"/>
          <w:szCs w:val="14"/>
        </w:rPr>
      </w:pPr>
      <w:r w:rsidRPr="007973BB">
        <w:rPr>
          <w:sz w:val="14"/>
          <w:szCs w:val="14"/>
        </w:rPr>
        <w:t>Brenda Benjamin (Vice-President)</w:t>
      </w:r>
    </w:p>
    <w:p w14:paraId="1D541A4A" w14:textId="77777777" w:rsidR="00706B7F" w:rsidRPr="007973BB" w:rsidRDefault="00115408">
      <w:pPr>
        <w:pStyle w:val="ListBullet"/>
        <w:rPr>
          <w:sz w:val="14"/>
          <w:szCs w:val="14"/>
        </w:rPr>
      </w:pPr>
      <w:r w:rsidRPr="007973BB">
        <w:rPr>
          <w:sz w:val="14"/>
          <w:szCs w:val="14"/>
        </w:rPr>
        <w:t>Jan Neel</w:t>
      </w:r>
    </w:p>
    <w:p w14:paraId="3E81455A" w14:textId="77777777" w:rsidR="00706B7F" w:rsidRPr="007973BB" w:rsidRDefault="00115408">
      <w:pPr>
        <w:pStyle w:val="ListBullet"/>
        <w:rPr>
          <w:sz w:val="14"/>
          <w:szCs w:val="14"/>
        </w:rPr>
      </w:pPr>
      <w:r w:rsidRPr="007973BB">
        <w:rPr>
          <w:sz w:val="14"/>
          <w:szCs w:val="14"/>
        </w:rPr>
        <w:t>Angie Kritzer (Secretary)</w:t>
      </w:r>
    </w:p>
    <w:p w14:paraId="004E5794" w14:textId="77777777" w:rsidR="00706B7F" w:rsidRPr="007973BB" w:rsidRDefault="00115408">
      <w:pPr>
        <w:pStyle w:val="ListBullet"/>
        <w:rPr>
          <w:sz w:val="14"/>
          <w:szCs w:val="14"/>
        </w:rPr>
      </w:pPr>
      <w:r w:rsidRPr="007973BB">
        <w:rPr>
          <w:sz w:val="14"/>
          <w:szCs w:val="14"/>
        </w:rPr>
        <w:t>Marilyn Stein</w:t>
      </w:r>
    </w:p>
    <w:p w14:paraId="58827FFD" w14:textId="77777777" w:rsidR="00706B7F" w:rsidRPr="007973BB" w:rsidRDefault="00115408">
      <w:pPr>
        <w:pStyle w:val="ListBullet"/>
        <w:rPr>
          <w:sz w:val="14"/>
          <w:szCs w:val="14"/>
        </w:rPr>
      </w:pPr>
      <w:r w:rsidRPr="007973BB">
        <w:rPr>
          <w:sz w:val="14"/>
          <w:szCs w:val="14"/>
        </w:rPr>
        <w:t>City Liaison: LaVonne Hoover</w:t>
      </w:r>
    </w:p>
    <w:p w14:paraId="2174E1BC" w14:textId="477F61DA" w:rsidR="00706B7F" w:rsidRPr="007973BB" w:rsidRDefault="00115408">
      <w:pPr>
        <w:pStyle w:val="ListBullet"/>
        <w:rPr>
          <w:sz w:val="14"/>
          <w:szCs w:val="14"/>
        </w:rPr>
      </w:pPr>
      <w:r w:rsidRPr="007973BB">
        <w:rPr>
          <w:sz w:val="14"/>
          <w:szCs w:val="14"/>
        </w:rPr>
        <w:t xml:space="preserve">Librarians: Lorna Naeve &amp; </w:t>
      </w:r>
      <w:r w:rsidR="000D7C11" w:rsidRPr="007973BB">
        <w:rPr>
          <w:sz w:val="14"/>
          <w:szCs w:val="14"/>
        </w:rPr>
        <w:t>Shirley Brundige</w:t>
      </w:r>
    </w:p>
    <w:p w14:paraId="1C049C7A" w14:textId="77777777" w:rsidR="00706B7F" w:rsidRPr="00560603" w:rsidRDefault="00115408">
      <w:pPr>
        <w:pStyle w:val="Heading2"/>
        <w:rPr>
          <w:sz w:val="16"/>
          <w:szCs w:val="16"/>
        </w:rPr>
      </w:pPr>
      <w:r w:rsidRPr="00560603">
        <w:rPr>
          <w:sz w:val="16"/>
          <w:szCs w:val="16"/>
        </w:rPr>
        <w:t>Consent Agenda</w:t>
      </w:r>
    </w:p>
    <w:p w14:paraId="77F3AA1E" w14:textId="389B41FD" w:rsidR="00706B7F" w:rsidRPr="007973BB" w:rsidRDefault="00115408">
      <w:pPr>
        <w:pStyle w:val="ListBullet"/>
        <w:rPr>
          <w:sz w:val="14"/>
          <w:szCs w:val="14"/>
        </w:rPr>
      </w:pPr>
      <w:r w:rsidRPr="007973BB">
        <w:rPr>
          <w:sz w:val="14"/>
          <w:szCs w:val="14"/>
        </w:rPr>
        <w:t>Approval of</w:t>
      </w:r>
      <w:r w:rsidR="003B7425" w:rsidRPr="007973BB">
        <w:rPr>
          <w:sz w:val="14"/>
          <w:szCs w:val="14"/>
        </w:rPr>
        <w:t xml:space="preserve"> </w:t>
      </w:r>
      <w:r w:rsidR="00A3697A">
        <w:rPr>
          <w:sz w:val="14"/>
          <w:szCs w:val="14"/>
        </w:rPr>
        <w:t xml:space="preserve">September </w:t>
      </w:r>
      <w:r w:rsidRPr="007973BB">
        <w:rPr>
          <w:sz w:val="14"/>
          <w:szCs w:val="14"/>
        </w:rPr>
        <w:t>202</w:t>
      </w:r>
      <w:r w:rsidR="00526E17" w:rsidRPr="007973BB">
        <w:rPr>
          <w:sz w:val="14"/>
          <w:szCs w:val="14"/>
        </w:rPr>
        <w:t>6</w:t>
      </w:r>
      <w:r w:rsidRPr="007973BB">
        <w:rPr>
          <w:sz w:val="14"/>
          <w:szCs w:val="14"/>
        </w:rPr>
        <w:t xml:space="preserve"> Consent Agenda</w:t>
      </w:r>
    </w:p>
    <w:p w14:paraId="59D22AC5" w14:textId="0FE24824" w:rsidR="00706B7F" w:rsidRPr="007973BB" w:rsidRDefault="00115408">
      <w:pPr>
        <w:pStyle w:val="ListBullet"/>
        <w:rPr>
          <w:sz w:val="14"/>
          <w:szCs w:val="14"/>
        </w:rPr>
      </w:pPr>
      <w:r w:rsidRPr="007973BB">
        <w:rPr>
          <w:sz w:val="14"/>
          <w:szCs w:val="14"/>
        </w:rPr>
        <w:t>Approval of Minutes –</w:t>
      </w:r>
      <w:r w:rsidR="00EF5988">
        <w:rPr>
          <w:sz w:val="14"/>
          <w:szCs w:val="14"/>
        </w:rPr>
        <w:t xml:space="preserve">August </w:t>
      </w:r>
      <w:r w:rsidR="000C7EDC">
        <w:rPr>
          <w:sz w:val="14"/>
          <w:szCs w:val="14"/>
        </w:rPr>
        <w:t>31</w:t>
      </w:r>
      <w:proofErr w:type="gramStart"/>
      <w:r w:rsidR="000C7EDC" w:rsidRPr="000C7EDC">
        <w:rPr>
          <w:sz w:val="14"/>
          <w:szCs w:val="14"/>
          <w:vertAlign w:val="superscript"/>
        </w:rPr>
        <w:t>st</w:t>
      </w:r>
      <w:r w:rsidR="000C7EDC">
        <w:rPr>
          <w:sz w:val="14"/>
          <w:szCs w:val="14"/>
        </w:rPr>
        <w:t xml:space="preserve"> </w:t>
      </w:r>
      <w:r w:rsidRPr="007973BB">
        <w:rPr>
          <w:sz w:val="14"/>
          <w:szCs w:val="14"/>
        </w:rPr>
        <w:t xml:space="preserve"> 202</w:t>
      </w:r>
      <w:r w:rsidR="00526E17" w:rsidRPr="007973BB">
        <w:rPr>
          <w:sz w:val="14"/>
          <w:szCs w:val="14"/>
        </w:rPr>
        <w:t>6</w:t>
      </w:r>
      <w:proofErr w:type="gramEnd"/>
      <w:r w:rsidRPr="007973BB">
        <w:rPr>
          <w:sz w:val="14"/>
          <w:szCs w:val="14"/>
        </w:rPr>
        <w:t xml:space="preserve"> (Minutes by </w:t>
      </w:r>
      <w:r w:rsidR="005B2D7A" w:rsidRPr="007973BB">
        <w:rPr>
          <w:sz w:val="14"/>
          <w:szCs w:val="14"/>
        </w:rPr>
        <w:t xml:space="preserve">Angie </w:t>
      </w:r>
      <w:proofErr w:type="gramStart"/>
      <w:r w:rsidR="005B2D7A" w:rsidRPr="007973BB">
        <w:rPr>
          <w:sz w:val="14"/>
          <w:szCs w:val="14"/>
        </w:rPr>
        <w:t>Kritzer</w:t>
      </w:r>
      <w:r w:rsidR="00A80D96" w:rsidRPr="007973BB">
        <w:rPr>
          <w:sz w:val="14"/>
          <w:szCs w:val="14"/>
        </w:rPr>
        <w:t xml:space="preserve">  </w:t>
      </w:r>
      <w:r w:rsidR="00321372" w:rsidRPr="007973BB">
        <w:rPr>
          <w:sz w:val="14"/>
          <w:szCs w:val="14"/>
        </w:rPr>
        <w:t>)</w:t>
      </w:r>
      <w:proofErr w:type="gramEnd"/>
    </w:p>
    <w:p w14:paraId="6EBFBABB" w14:textId="5CC26023" w:rsidR="00706B7F" w:rsidRPr="007973BB" w:rsidRDefault="00115408">
      <w:pPr>
        <w:pStyle w:val="ListBullet"/>
        <w:rPr>
          <w:sz w:val="14"/>
          <w:szCs w:val="14"/>
        </w:rPr>
      </w:pPr>
      <w:r w:rsidRPr="007973BB">
        <w:rPr>
          <w:sz w:val="14"/>
          <w:szCs w:val="14"/>
        </w:rPr>
        <w:t>Claims Paid / To Be Paid</w:t>
      </w:r>
      <w:r w:rsidR="009E0132">
        <w:rPr>
          <w:sz w:val="14"/>
          <w:szCs w:val="14"/>
        </w:rPr>
        <w:t xml:space="preserve"> Included in the printer bill was a bill from Gorden Fleisch</w:t>
      </w:r>
      <w:r w:rsidR="0047450D">
        <w:rPr>
          <w:sz w:val="14"/>
          <w:szCs w:val="14"/>
        </w:rPr>
        <w:t xml:space="preserve"> for extra copies that were made </w:t>
      </w:r>
      <w:proofErr w:type="gramStart"/>
      <w:r w:rsidR="0047450D">
        <w:rPr>
          <w:sz w:val="14"/>
          <w:szCs w:val="14"/>
        </w:rPr>
        <w:t>one</w:t>
      </w:r>
      <w:proofErr w:type="gramEnd"/>
      <w:r w:rsidR="0047450D">
        <w:rPr>
          <w:sz w:val="14"/>
          <w:szCs w:val="14"/>
        </w:rPr>
        <w:t xml:space="preserve"> the Cannon Printer.</w:t>
      </w:r>
    </w:p>
    <w:p w14:paraId="4C6B78BE" w14:textId="77777777" w:rsidR="00706B7F" w:rsidRPr="007973BB" w:rsidRDefault="00115408">
      <w:pPr>
        <w:pStyle w:val="ListBullet"/>
        <w:rPr>
          <w:sz w:val="14"/>
          <w:szCs w:val="14"/>
        </w:rPr>
      </w:pPr>
      <w:r w:rsidRPr="007973BB">
        <w:rPr>
          <w:sz w:val="14"/>
          <w:szCs w:val="14"/>
        </w:rPr>
        <w:t>Open Session to Public</w:t>
      </w:r>
    </w:p>
    <w:p w14:paraId="38D8A020" w14:textId="77777777" w:rsidR="005F09A0" w:rsidRDefault="00115408" w:rsidP="00526E17">
      <w:pPr>
        <w:pStyle w:val="Heading2"/>
        <w:rPr>
          <w:sz w:val="16"/>
          <w:szCs w:val="16"/>
        </w:rPr>
      </w:pPr>
      <w:r w:rsidRPr="00560603">
        <w:rPr>
          <w:sz w:val="16"/>
          <w:szCs w:val="16"/>
        </w:rPr>
        <w:t>Old Business</w:t>
      </w:r>
    </w:p>
    <w:p w14:paraId="272537C2" w14:textId="64DE2259" w:rsidR="00B85C5A" w:rsidRPr="00B85C5A" w:rsidRDefault="00CE109E" w:rsidP="00526E17">
      <w:pPr>
        <w:pStyle w:val="Heading2"/>
        <w:rPr>
          <w:sz w:val="16"/>
          <w:szCs w:val="16"/>
        </w:rPr>
      </w:pPr>
      <w:r w:rsidRPr="00B85C5A">
        <w:rPr>
          <w:sz w:val="16"/>
          <w:szCs w:val="16"/>
        </w:rPr>
        <w:t>How is everyone coming on this year’s CE’s</w:t>
      </w:r>
    </w:p>
    <w:p w14:paraId="1263020B" w14:textId="7C2808F5" w:rsidR="00A866DF" w:rsidRPr="00A866DF" w:rsidRDefault="00CE109E" w:rsidP="00B85C5A">
      <w:pPr>
        <w:pStyle w:val="ListParagraph"/>
        <w:numPr>
          <w:ilvl w:val="0"/>
          <w:numId w:val="10"/>
        </w:numPr>
        <w:rPr>
          <w:sz w:val="16"/>
          <w:szCs w:val="16"/>
        </w:rPr>
      </w:pPr>
      <w:r w:rsidRPr="00B85C5A">
        <w:rPr>
          <w:sz w:val="16"/>
          <w:szCs w:val="16"/>
        </w:rPr>
        <w:t xml:space="preserve"> </w:t>
      </w:r>
      <w:hyperlink r:id="rId8" w:history="1">
        <w:r w:rsidR="00A866DF" w:rsidRPr="00201871">
          <w:rPr>
            <w:rStyle w:val="Hyperlink"/>
            <w:b/>
            <w:bCs/>
            <w:sz w:val="16"/>
            <w:szCs w:val="16"/>
          </w:rPr>
          <w:t>https://stateofiowa.seamlessdocs.com/f/SponsorRequestCE</w:t>
        </w:r>
      </w:hyperlink>
    </w:p>
    <w:p w14:paraId="4225CA73" w14:textId="77777777" w:rsidR="00A866DF" w:rsidRPr="00A866DF" w:rsidRDefault="00CE109E" w:rsidP="00A866DF">
      <w:pPr>
        <w:pStyle w:val="ListParagraph"/>
        <w:numPr>
          <w:ilvl w:val="0"/>
          <w:numId w:val="10"/>
        </w:numPr>
        <w:rPr>
          <w:sz w:val="16"/>
          <w:szCs w:val="16"/>
        </w:rPr>
      </w:pPr>
      <w:hyperlink r:id="rId9" w:history="1">
        <w:r w:rsidRPr="00B85C5A">
          <w:rPr>
            <w:rStyle w:val="Hyperlink"/>
            <w:b/>
            <w:bCs/>
            <w:sz w:val="16"/>
            <w:szCs w:val="16"/>
          </w:rPr>
          <w:t>https://stateofiowa.seamlessdocs.com/f/ExternalCE</w:t>
        </w:r>
      </w:hyperlink>
      <w:r w:rsidRPr="00B85C5A">
        <w:rPr>
          <w:b/>
          <w:bCs/>
          <w:sz w:val="16"/>
          <w:szCs w:val="16"/>
        </w:rPr>
        <w:t xml:space="preserve">  </w:t>
      </w:r>
    </w:p>
    <w:p w14:paraId="5651BAA5" w14:textId="02AD65E4" w:rsidR="00CE109E" w:rsidRPr="00904FAB" w:rsidRDefault="00A866DF" w:rsidP="00A866DF">
      <w:pPr>
        <w:pStyle w:val="ListParagraph"/>
        <w:numPr>
          <w:ilvl w:val="0"/>
          <w:numId w:val="10"/>
        </w:numPr>
        <w:rPr>
          <w:sz w:val="16"/>
          <w:szCs w:val="16"/>
        </w:rPr>
      </w:pPr>
      <w:hyperlink r:id="rId10" w:history="1">
        <w:r w:rsidRPr="00201871">
          <w:rPr>
            <w:rStyle w:val="Hyperlink"/>
            <w:sz w:val="16"/>
            <w:szCs w:val="16"/>
          </w:rPr>
          <w:t>https://wd5.myworkday.com/wday/authgwy/stateofiowa/login.htmld?redirect=n</w:t>
        </w:r>
      </w:hyperlink>
    </w:p>
    <w:p w14:paraId="0F30E2CC" w14:textId="01BB0394" w:rsidR="00B3538D" w:rsidRPr="00877EF4" w:rsidRDefault="00904FAB" w:rsidP="00877EF4">
      <w:pPr>
        <w:pStyle w:val="ListParagraph"/>
        <w:numPr>
          <w:ilvl w:val="0"/>
          <w:numId w:val="10"/>
        </w:numPr>
        <w:rPr>
          <w:color w:val="EE0000"/>
          <w:sz w:val="16"/>
          <w:szCs w:val="16"/>
        </w:rPr>
      </w:pPr>
      <w:hyperlink r:id="rId11" w:tgtFrame="_blank" w:tooltip="https://www.youtube.com/playlist?list=PLmzb0ewrKaaSzsM4X689_zwQ5nHbUOeqb" w:history="1">
        <w:r w:rsidRPr="00904FAB">
          <w:rPr>
            <w:rFonts w:ascii="Aptos" w:hAnsi="Aptos"/>
            <w:color w:val="EE0000"/>
            <w:u w:val="single"/>
            <w:bdr w:val="none" w:sz="0" w:space="0" w:color="auto" w:frame="1"/>
            <w:shd w:val="clear" w:color="auto" w:fill="FFFFFF"/>
          </w:rPr>
          <w:t>https://www.youtube.com/playlist?list=PLmzb0ewrKaaSzsM4X689_zwQ5nHbUOeqb</w:t>
        </w:r>
      </w:hyperlink>
    </w:p>
    <w:p w14:paraId="6E42C57F" w14:textId="0BFC2EA9" w:rsidR="008D04D0" w:rsidRPr="00B324E4" w:rsidRDefault="00B3538D" w:rsidP="00B324E4">
      <w:pPr>
        <w:pStyle w:val="ListBullet"/>
        <w:numPr>
          <w:ilvl w:val="0"/>
          <w:numId w:val="10"/>
        </w:numPr>
        <w:rPr>
          <w:sz w:val="18"/>
          <w:szCs w:val="18"/>
        </w:rPr>
      </w:pPr>
      <w:r>
        <w:rPr>
          <w:sz w:val="16"/>
          <w:szCs w:val="16"/>
        </w:rPr>
        <w:t>We ea</w:t>
      </w:r>
      <w:r w:rsidR="00865934">
        <w:rPr>
          <w:sz w:val="16"/>
          <w:szCs w:val="16"/>
        </w:rPr>
        <w:t xml:space="preserve">rned .5 CE credit </w:t>
      </w:r>
      <w:r>
        <w:rPr>
          <w:sz w:val="16"/>
          <w:szCs w:val="16"/>
        </w:rPr>
        <w:t xml:space="preserve">in </w:t>
      </w:r>
      <w:r w:rsidR="00FE3AE4">
        <w:rPr>
          <w:sz w:val="16"/>
          <w:szCs w:val="16"/>
        </w:rPr>
        <w:t>August</w:t>
      </w:r>
      <w:r>
        <w:rPr>
          <w:sz w:val="16"/>
          <w:szCs w:val="16"/>
        </w:rPr>
        <w:t xml:space="preserve"> with </w:t>
      </w:r>
      <w:proofErr w:type="gramStart"/>
      <w:r w:rsidR="00FE5A68" w:rsidRPr="00B3538D">
        <w:rPr>
          <w:sz w:val="16"/>
          <w:szCs w:val="16"/>
        </w:rPr>
        <w:t>CE’s</w:t>
      </w:r>
      <w:proofErr w:type="gramEnd"/>
      <w:r w:rsidR="00FE5A68" w:rsidRPr="00B3538D">
        <w:rPr>
          <w:sz w:val="16"/>
          <w:szCs w:val="16"/>
        </w:rPr>
        <w:t xml:space="preserve"> </w:t>
      </w:r>
      <w:r w:rsidR="00865934">
        <w:rPr>
          <w:sz w:val="16"/>
          <w:szCs w:val="16"/>
        </w:rPr>
        <w:t xml:space="preserve">from </w:t>
      </w:r>
      <w:proofErr w:type="gramStart"/>
      <w:r w:rsidR="00423028">
        <w:rPr>
          <w:sz w:val="16"/>
          <w:szCs w:val="16"/>
        </w:rPr>
        <w:t>YouTube</w:t>
      </w:r>
      <w:r w:rsidR="00865934">
        <w:rPr>
          <w:sz w:val="16"/>
          <w:szCs w:val="16"/>
        </w:rPr>
        <w:t xml:space="preserve">, </w:t>
      </w:r>
      <w:r w:rsidR="00065A02">
        <w:rPr>
          <w:sz w:val="16"/>
          <w:szCs w:val="16"/>
        </w:rPr>
        <w:t xml:space="preserve"> with</w:t>
      </w:r>
      <w:proofErr w:type="gramEnd"/>
      <w:r w:rsidR="00065A02">
        <w:rPr>
          <w:sz w:val="16"/>
          <w:szCs w:val="16"/>
        </w:rPr>
        <w:t xml:space="preserve"> Janee Jacksobn, </w:t>
      </w:r>
      <w:r w:rsidR="00865934">
        <w:rPr>
          <w:sz w:val="16"/>
          <w:szCs w:val="16"/>
        </w:rPr>
        <w:t xml:space="preserve">this will go for our </w:t>
      </w:r>
      <w:r w:rsidR="00A946F5">
        <w:rPr>
          <w:sz w:val="16"/>
          <w:szCs w:val="16"/>
        </w:rPr>
        <w:t xml:space="preserve">3 credits that will be needed for our next </w:t>
      </w:r>
      <w:r w:rsidR="00EC2467">
        <w:rPr>
          <w:sz w:val="16"/>
          <w:szCs w:val="16"/>
        </w:rPr>
        <w:t>accreditation</w:t>
      </w:r>
      <w:r w:rsidR="00423028">
        <w:rPr>
          <w:sz w:val="16"/>
          <w:szCs w:val="16"/>
        </w:rPr>
        <w:t>.</w:t>
      </w:r>
      <w:r w:rsidR="00B324E4" w:rsidRPr="00B324E4">
        <w:rPr>
          <w:sz w:val="18"/>
          <w:szCs w:val="18"/>
        </w:rPr>
        <w:t xml:space="preserve"> </w:t>
      </w:r>
      <w:r w:rsidR="00B324E4" w:rsidRPr="00730526">
        <w:rPr>
          <w:sz w:val="18"/>
          <w:szCs w:val="18"/>
        </w:rPr>
        <w:t xml:space="preserve">We will continue to earn .25 CE credit in September with </w:t>
      </w:r>
      <w:proofErr w:type="gramStart"/>
      <w:r w:rsidR="00B324E4" w:rsidRPr="00730526">
        <w:rPr>
          <w:sz w:val="18"/>
          <w:szCs w:val="18"/>
        </w:rPr>
        <w:t>CE’s</w:t>
      </w:r>
      <w:proofErr w:type="gramEnd"/>
      <w:r w:rsidR="00B324E4" w:rsidRPr="00730526">
        <w:rPr>
          <w:sz w:val="18"/>
          <w:szCs w:val="18"/>
        </w:rPr>
        <w:t xml:space="preserve"> from Trustee Training: An Overview of Roles | Part 2: </w:t>
      </w:r>
      <w:proofErr w:type="gramStart"/>
      <w:r w:rsidR="00B324E4" w:rsidRPr="00730526">
        <w:rPr>
          <w:sz w:val="18"/>
          <w:szCs w:val="18"/>
        </w:rPr>
        <w:t>Introduction  6</w:t>
      </w:r>
      <w:proofErr w:type="gramEnd"/>
      <w:r w:rsidR="00B324E4" w:rsidRPr="00730526">
        <w:rPr>
          <w:sz w:val="18"/>
          <w:szCs w:val="18"/>
        </w:rPr>
        <w:t xml:space="preserve"> Parts. </w:t>
      </w:r>
      <w:r w:rsidR="00B324E4" w:rsidRPr="00B324E4">
        <w:rPr>
          <w:sz w:val="16"/>
          <w:szCs w:val="16"/>
        </w:rPr>
        <w:t xml:space="preserve"> </w:t>
      </w:r>
      <w:r w:rsidR="006B5020" w:rsidRPr="00B324E4">
        <w:rPr>
          <w:sz w:val="16"/>
          <w:szCs w:val="16"/>
        </w:rPr>
        <w:t xml:space="preserve"> </w:t>
      </w:r>
      <w:r w:rsidR="006B5020" w:rsidRPr="00B324E4">
        <w:rPr>
          <w:color w:val="EE0000"/>
          <w:sz w:val="16"/>
          <w:szCs w:val="16"/>
        </w:rPr>
        <w:t xml:space="preserve">This will start at </w:t>
      </w:r>
      <w:r w:rsidR="006F57B6" w:rsidRPr="00B324E4">
        <w:rPr>
          <w:color w:val="EE0000"/>
          <w:sz w:val="16"/>
          <w:szCs w:val="16"/>
        </w:rPr>
        <w:t>5:35 pm.</w:t>
      </w:r>
    </w:p>
    <w:p w14:paraId="18B1FABE" w14:textId="12CD6FB2" w:rsidR="00830629" w:rsidRDefault="00284BF5" w:rsidP="008D04D0">
      <w:pPr>
        <w:pStyle w:val="ListBullet"/>
        <w:numPr>
          <w:ilvl w:val="0"/>
          <w:numId w:val="10"/>
        </w:numPr>
        <w:rPr>
          <w:sz w:val="16"/>
          <w:szCs w:val="16"/>
        </w:rPr>
      </w:pPr>
      <w:r w:rsidRPr="008D04D0">
        <w:rPr>
          <w:sz w:val="16"/>
          <w:szCs w:val="16"/>
        </w:rPr>
        <w:t>No policies this month</w:t>
      </w:r>
    </w:p>
    <w:p w14:paraId="27ECECE9" w14:textId="20FA2D3E" w:rsidR="00126741" w:rsidRDefault="00126741" w:rsidP="00347B22">
      <w:pPr>
        <w:pStyle w:val="ListBullet"/>
        <w:numPr>
          <w:ilvl w:val="0"/>
          <w:numId w:val="10"/>
        </w:numPr>
        <w:rPr>
          <w:color w:val="000000" w:themeColor="text1"/>
          <w:sz w:val="16"/>
          <w:szCs w:val="16"/>
        </w:rPr>
      </w:pPr>
      <w:r w:rsidRPr="00126741">
        <w:rPr>
          <w:color w:val="000000" w:themeColor="text1"/>
          <w:sz w:val="16"/>
          <w:szCs w:val="16"/>
        </w:rPr>
        <w:t xml:space="preserve">Missy had a question about the changing from 7 to 5 Trustees.  I could only find the 1 from Pocahontas Library.  </w:t>
      </w:r>
      <w:r>
        <w:rPr>
          <w:color w:val="000000" w:themeColor="text1"/>
          <w:sz w:val="16"/>
          <w:szCs w:val="16"/>
        </w:rPr>
        <w:t>No comment from Missy on this.</w:t>
      </w:r>
    </w:p>
    <w:p w14:paraId="3BC26A28" w14:textId="679FE5A6" w:rsidR="00387D16" w:rsidRPr="0038668A" w:rsidRDefault="001D3BA5" w:rsidP="0038668A">
      <w:pPr>
        <w:pStyle w:val="ListBullet"/>
        <w:numPr>
          <w:ilvl w:val="0"/>
          <w:numId w:val="10"/>
        </w:numPr>
        <w:rPr>
          <w:sz w:val="16"/>
          <w:szCs w:val="16"/>
        </w:rPr>
      </w:pPr>
      <w:r>
        <w:rPr>
          <w:sz w:val="16"/>
          <w:szCs w:val="16"/>
        </w:rPr>
        <w:t xml:space="preserve">Lorna has copy of when it was voted on, for going from 7 to 5 trustees on November 1, of </w:t>
      </w:r>
      <w:proofErr w:type="gramStart"/>
      <w:r>
        <w:rPr>
          <w:sz w:val="16"/>
          <w:szCs w:val="16"/>
        </w:rPr>
        <w:t>the 2019</w:t>
      </w:r>
      <w:proofErr w:type="gramEnd"/>
      <w:r>
        <w:rPr>
          <w:sz w:val="16"/>
          <w:szCs w:val="16"/>
        </w:rPr>
        <w:t xml:space="preserve">.    Will check into the Humboldt side of voting.  </w:t>
      </w:r>
    </w:p>
    <w:p w14:paraId="2C6F4EFC" w14:textId="77777777" w:rsidR="00387D16" w:rsidRPr="00730526" w:rsidRDefault="00387D16" w:rsidP="00387D16">
      <w:pPr>
        <w:pStyle w:val="ListBullet"/>
        <w:numPr>
          <w:ilvl w:val="0"/>
          <w:numId w:val="10"/>
        </w:numPr>
        <w:rPr>
          <w:sz w:val="18"/>
          <w:szCs w:val="18"/>
        </w:rPr>
      </w:pPr>
      <w:r w:rsidRPr="00730526">
        <w:rPr>
          <w:color w:val="000000" w:themeColor="text1"/>
          <w:sz w:val="18"/>
          <w:szCs w:val="18"/>
        </w:rPr>
        <w:t>Dishrags &amp; Angel Tree hats are projects in the works. Shirley needs 2 people to be accountable for funds for crochet projects because the school will need hats for kids that don't have them.</w:t>
      </w:r>
    </w:p>
    <w:p w14:paraId="4808C17D" w14:textId="326DFFD6" w:rsidR="00387D16" w:rsidRDefault="00730E91" w:rsidP="00C83002">
      <w:pPr>
        <w:pStyle w:val="ListBullet"/>
        <w:numPr>
          <w:ilvl w:val="0"/>
          <w:numId w:val="10"/>
        </w:numPr>
        <w:rPr>
          <w:sz w:val="16"/>
          <w:szCs w:val="16"/>
        </w:rPr>
      </w:pPr>
      <w:r>
        <w:rPr>
          <w:sz w:val="16"/>
          <w:szCs w:val="16"/>
        </w:rPr>
        <w:t>Lorna will check into how to get GCPL on Community Calendar in Humboldt</w:t>
      </w:r>
    </w:p>
    <w:p w14:paraId="2939D796" w14:textId="3BB8160B" w:rsidR="00215BE6" w:rsidRPr="00C7344E" w:rsidRDefault="00215BE6" w:rsidP="00C7344E">
      <w:pPr>
        <w:pStyle w:val="ListBullet"/>
        <w:numPr>
          <w:ilvl w:val="0"/>
          <w:numId w:val="10"/>
        </w:numPr>
        <w:rPr>
          <w:sz w:val="16"/>
          <w:szCs w:val="16"/>
        </w:rPr>
      </w:pPr>
      <w:r>
        <w:rPr>
          <w:sz w:val="16"/>
          <w:szCs w:val="16"/>
        </w:rPr>
        <w:t xml:space="preserve">Program for </w:t>
      </w:r>
      <w:proofErr w:type="gramStart"/>
      <w:r>
        <w:rPr>
          <w:sz w:val="16"/>
          <w:szCs w:val="16"/>
        </w:rPr>
        <w:t>“ Painting</w:t>
      </w:r>
      <w:proofErr w:type="gramEnd"/>
      <w:r>
        <w:rPr>
          <w:sz w:val="16"/>
          <w:szCs w:val="16"/>
        </w:rPr>
        <w:t xml:space="preserve"> </w:t>
      </w:r>
      <w:r w:rsidR="00B556B5">
        <w:rPr>
          <w:sz w:val="16"/>
          <w:szCs w:val="16"/>
        </w:rPr>
        <w:t xml:space="preserve">Yourself Happy” </w:t>
      </w:r>
      <w:proofErr w:type="gramStart"/>
      <w:r w:rsidR="00B556B5">
        <w:rPr>
          <w:sz w:val="16"/>
          <w:szCs w:val="16"/>
        </w:rPr>
        <w:t xml:space="preserve">was </w:t>
      </w:r>
      <w:r w:rsidR="00B10B5B">
        <w:rPr>
          <w:sz w:val="16"/>
          <w:szCs w:val="16"/>
        </w:rPr>
        <w:t xml:space="preserve"> turned</w:t>
      </w:r>
      <w:proofErr w:type="gramEnd"/>
      <w:r w:rsidR="00B10B5B">
        <w:rPr>
          <w:sz w:val="16"/>
          <w:szCs w:val="16"/>
        </w:rPr>
        <w:t xml:space="preserve"> down by Library Trustee’s and Lorna did talk to </w:t>
      </w:r>
      <w:r w:rsidR="00355522">
        <w:rPr>
          <w:sz w:val="16"/>
          <w:szCs w:val="16"/>
        </w:rPr>
        <w:t>Mimsy about the issues with p</w:t>
      </w:r>
      <w:r w:rsidR="00907F1F">
        <w:rPr>
          <w:sz w:val="16"/>
          <w:szCs w:val="16"/>
        </w:rPr>
        <w:t xml:space="preserve">ainting with </w:t>
      </w:r>
      <w:proofErr w:type="gramStart"/>
      <w:r w:rsidR="00907F1F">
        <w:rPr>
          <w:sz w:val="16"/>
          <w:szCs w:val="16"/>
        </w:rPr>
        <w:t>1-3 year</w:t>
      </w:r>
      <w:r w:rsidR="00583D55">
        <w:rPr>
          <w:sz w:val="16"/>
          <w:szCs w:val="16"/>
        </w:rPr>
        <w:t xml:space="preserve"> olds</w:t>
      </w:r>
      <w:proofErr w:type="gramEnd"/>
      <w:r w:rsidR="00583D55">
        <w:rPr>
          <w:sz w:val="16"/>
          <w:szCs w:val="16"/>
        </w:rPr>
        <w:t>.</w:t>
      </w:r>
    </w:p>
    <w:p w14:paraId="292F7EC3" w14:textId="0D5F0B6D" w:rsidR="00096238" w:rsidRPr="00CA416F" w:rsidRDefault="00115408" w:rsidP="00141A43">
      <w:pPr>
        <w:pStyle w:val="Heading2"/>
        <w:rPr>
          <w:color w:val="EE0000"/>
          <w:sz w:val="16"/>
          <w:szCs w:val="16"/>
        </w:rPr>
      </w:pPr>
      <w:r w:rsidRPr="00CA416F">
        <w:rPr>
          <w:color w:val="EE0000"/>
          <w:sz w:val="16"/>
          <w:szCs w:val="16"/>
        </w:rPr>
        <w:t>New Business</w:t>
      </w:r>
    </w:p>
    <w:p w14:paraId="27774526" w14:textId="1D737B31" w:rsidR="00016E2B" w:rsidRDefault="009E1279" w:rsidP="00806B6F">
      <w:pPr>
        <w:pStyle w:val="ListBullet"/>
        <w:rPr>
          <w:sz w:val="16"/>
          <w:szCs w:val="16"/>
        </w:rPr>
      </w:pPr>
      <w:r>
        <w:rPr>
          <w:sz w:val="16"/>
          <w:szCs w:val="16"/>
        </w:rPr>
        <w:t>Polic</w:t>
      </w:r>
      <w:r w:rsidR="00731FF2">
        <w:rPr>
          <w:sz w:val="16"/>
          <w:szCs w:val="16"/>
        </w:rPr>
        <w:t>y update</w:t>
      </w:r>
      <w:r w:rsidR="00355B71">
        <w:rPr>
          <w:sz w:val="16"/>
          <w:szCs w:val="16"/>
        </w:rPr>
        <w:t xml:space="preserve"> – </w:t>
      </w:r>
      <w:r w:rsidR="00C27D73">
        <w:rPr>
          <w:sz w:val="16"/>
          <w:szCs w:val="16"/>
        </w:rPr>
        <w:t>None for this month</w:t>
      </w:r>
    </w:p>
    <w:p w14:paraId="15D1958C" w14:textId="4915AED1" w:rsidR="00C27D73" w:rsidRPr="00806B6F" w:rsidRDefault="00C27D73" w:rsidP="00806B6F">
      <w:pPr>
        <w:pStyle w:val="ListBullet"/>
        <w:rPr>
          <w:sz w:val="16"/>
          <w:szCs w:val="16"/>
        </w:rPr>
      </w:pPr>
      <w:r>
        <w:rPr>
          <w:sz w:val="16"/>
          <w:szCs w:val="16"/>
        </w:rPr>
        <w:t xml:space="preserve">Benches for Jim La Velle &amp; </w:t>
      </w:r>
      <w:r w:rsidR="00583D55">
        <w:rPr>
          <w:sz w:val="16"/>
          <w:szCs w:val="16"/>
        </w:rPr>
        <w:t>Susan</w:t>
      </w:r>
      <w:r>
        <w:rPr>
          <w:sz w:val="16"/>
          <w:szCs w:val="16"/>
        </w:rPr>
        <w:t xml:space="preserve"> Mo</w:t>
      </w:r>
      <w:r w:rsidR="00FD5C7E">
        <w:rPr>
          <w:sz w:val="16"/>
          <w:szCs w:val="16"/>
        </w:rPr>
        <w:t>ore</w:t>
      </w:r>
    </w:p>
    <w:p w14:paraId="24A7432A" w14:textId="1A83DC13" w:rsidR="004E72F1" w:rsidRDefault="00CF1555">
      <w:pPr>
        <w:pStyle w:val="ListBullet"/>
        <w:rPr>
          <w:sz w:val="16"/>
          <w:szCs w:val="16"/>
        </w:rPr>
      </w:pPr>
      <w:r>
        <w:rPr>
          <w:sz w:val="16"/>
          <w:szCs w:val="16"/>
        </w:rPr>
        <w:t xml:space="preserve">Update of current </w:t>
      </w:r>
      <w:r w:rsidR="00440F78">
        <w:rPr>
          <w:sz w:val="16"/>
          <w:szCs w:val="16"/>
        </w:rPr>
        <w:t>&amp; future programs</w:t>
      </w:r>
    </w:p>
    <w:p w14:paraId="18680DF3" w14:textId="0E239470" w:rsidR="008C7280" w:rsidRDefault="008C7280">
      <w:pPr>
        <w:pStyle w:val="ListBullet"/>
        <w:rPr>
          <w:sz w:val="16"/>
          <w:szCs w:val="16"/>
        </w:rPr>
      </w:pPr>
      <w:r>
        <w:rPr>
          <w:sz w:val="16"/>
          <w:szCs w:val="16"/>
        </w:rPr>
        <w:t>Mar</w:t>
      </w:r>
      <w:r w:rsidR="00DD182B">
        <w:rPr>
          <w:sz w:val="16"/>
          <w:szCs w:val="16"/>
        </w:rPr>
        <w:t>yann M</w:t>
      </w:r>
      <w:r w:rsidR="008678F2">
        <w:rPr>
          <w:sz w:val="16"/>
          <w:szCs w:val="16"/>
        </w:rPr>
        <w:t xml:space="preserve">ori NW District Consultant </w:t>
      </w:r>
      <w:r w:rsidR="00CC4CDC">
        <w:rPr>
          <w:sz w:val="16"/>
          <w:szCs w:val="16"/>
        </w:rPr>
        <w:t xml:space="preserve">– </w:t>
      </w:r>
      <w:r w:rsidR="00FB1AA9">
        <w:rPr>
          <w:sz w:val="16"/>
          <w:szCs w:val="16"/>
        </w:rPr>
        <w:t>Celebrating Libraries</w:t>
      </w:r>
      <w:r w:rsidR="009216BD">
        <w:rPr>
          <w:sz w:val="16"/>
          <w:szCs w:val="16"/>
        </w:rPr>
        <w:t xml:space="preserve"> – We will visit about </w:t>
      </w:r>
      <w:r w:rsidR="003B0556">
        <w:rPr>
          <w:sz w:val="16"/>
          <w:szCs w:val="16"/>
        </w:rPr>
        <w:t>this at meeting</w:t>
      </w:r>
      <w:r w:rsidR="00760FBA">
        <w:rPr>
          <w:sz w:val="16"/>
          <w:szCs w:val="16"/>
        </w:rPr>
        <w:t xml:space="preserve">.  </w:t>
      </w:r>
      <w:r w:rsidR="009773A8" w:rsidRPr="009773A8">
        <w:rPr>
          <w:b/>
          <w:bCs/>
          <w:color w:val="EE0000"/>
          <w:sz w:val="16"/>
          <w:szCs w:val="16"/>
        </w:rPr>
        <w:t>Did we talk about this?</w:t>
      </w:r>
    </w:p>
    <w:p w14:paraId="1C33884C" w14:textId="21F507D3" w:rsidR="00A81E32" w:rsidRDefault="00815421">
      <w:pPr>
        <w:pStyle w:val="ListBullet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0A98958C" wp14:editId="21E82B7F">
            <wp:simplePos x="0" y="0"/>
            <wp:positionH relativeFrom="column">
              <wp:posOffset>4300855</wp:posOffset>
            </wp:positionH>
            <wp:positionV relativeFrom="paragraph">
              <wp:posOffset>10160</wp:posOffset>
            </wp:positionV>
            <wp:extent cx="2633472" cy="2642616"/>
            <wp:effectExtent l="0" t="0" r="0" b="5715"/>
            <wp:wrapNone/>
            <wp:docPr id="511810782" name="Picture 3" descr="A logo of a tree with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810782" name="Picture 3" descr="A logo of a tree with leaves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33472" cy="26426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1E32">
        <w:rPr>
          <w:sz w:val="16"/>
          <w:szCs w:val="16"/>
        </w:rPr>
        <w:t>Lorna will check into how to get GCPL on Community Calendar in Humboldt</w:t>
      </w:r>
    </w:p>
    <w:p w14:paraId="19FDE081" w14:textId="43940272" w:rsidR="0047450D" w:rsidRDefault="00730E91">
      <w:pPr>
        <w:pStyle w:val="ListBullet"/>
        <w:rPr>
          <w:sz w:val="16"/>
          <w:szCs w:val="16"/>
        </w:rPr>
      </w:pPr>
      <w:r>
        <w:rPr>
          <w:sz w:val="16"/>
          <w:szCs w:val="16"/>
        </w:rPr>
        <w:t xml:space="preserve">Bill from </w:t>
      </w:r>
      <w:r w:rsidR="00831492">
        <w:rPr>
          <w:sz w:val="16"/>
          <w:szCs w:val="16"/>
        </w:rPr>
        <w:t>P</w:t>
      </w:r>
      <w:r w:rsidR="00532F79">
        <w:rPr>
          <w:sz w:val="16"/>
          <w:szCs w:val="16"/>
        </w:rPr>
        <w:t>rairie Lakes for 360.00</w:t>
      </w:r>
    </w:p>
    <w:p w14:paraId="58186ACB" w14:textId="126F680B" w:rsidR="00730526" w:rsidRDefault="00FD5C7E" w:rsidP="009A017A">
      <w:pPr>
        <w:pStyle w:val="ListBullet"/>
        <w:rPr>
          <w:sz w:val="18"/>
          <w:szCs w:val="18"/>
        </w:rPr>
      </w:pPr>
      <w:r w:rsidRPr="009A017A">
        <w:rPr>
          <w:sz w:val="18"/>
          <w:szCs w:val="18"/>
        </w:rPr>
        <w:t xml:space="preserve">New programs </w:t>
      </w:r>
      <w:r w:rsidR="00B324E4" w:rsidRPr="009A017A">
        <w:rPr>
          <w:sz w:val="18"/>
          <w:szCs w:val="18"/>
        </w:rPr>
        <w:t>are being planned for Oct, November &amp; December</w:t>
      </w:r>
    </w:p>
    <w:p w14:paraId="2EE2FED1" w14:textId="2624A481" w:rsidR="009A017A" w:rsidRDefault="009A017A" w:rsidP="009A017A">
      <w:pPr>
        <w:pStyle w:val="ListBullet"/>
        <w:rPr>
          <w:sz w:val="18"/>
          <w:szCs w:val="18"/>
        </w:rPr>
      </w:pPr>
      <w:r>
        <w:rPr>
          <w:sz w:val="18"/>
          <w:szCs w:val="18"/>
        </w:rPr>
        <w:t xml:space="preserve">New printer ordered for extra copies, and patron </w:t>
      </w:r>
      <w:r w:rsidR="007A6E5C">
        <w:rPr>
          <w:sz w:val="18"/>
          <w:szCs w:val="18"/>
        </w:rPr>
        <w:t>computers</w:t>
      </w:r>
    </w:p>
    <w:p w14:paraId="171B155C" w14:textId="1274E2A7" w:rsidR="007A6E5C" w:rsidRPr="009A017A" w:rsidRDefault="007A6E5C" w:rsidP="009A017A">
      <w:pPr>
        <w:pStyle w:val="ListBullet"/>
        <w:rPr>
          <w:sz w:val="18"/>
          <w:szCs w:val="18"/>
        </w:rPr>
      </w:pPr>
      <w:r>
        <w:rPr>
          <w:sz w:val="18"/>
          <w:szCs w:val="18"/>
        </w:rPr>
        <w:t xml:space="preserve">New state laws about </w:t>
      </w:r>
      <w:proofErr w:type="gramStart"/>
      <w:r>
        <w:rPr>
          <w:sz w:val="18"/>
          <w:szCs w:val="18"/>
        </w:rPr>
        <w:t>posting of</w:t>
      </w:r>
      <w:proofErr w:type="gramEnd"/>
      <w:r>
        <w:rPr>
          <w:sz w:val="18"/>
          <w:szCs w:val="18"/>
        </w:rPr>
        <w:t xml:space="preserve"> minutes.</w:t>
      </w:r>
    </w:p>
    <w:p w14:paraId="616F7648" w14:textId="2F5B2EA0" w:rsidR="00A27B8F" w:rsidRPr="00CA416F" w:rsidRDefault="00FF3B12" w:rsidP="00387D16">
      <w:pPr>
        <w:pStyle w:val="ListBullet"/>
        <w:numPr>
          <w:ilvl w:val="0"/>
          <w:numId w:val="0"/>
        </w:numPr>
        <w:rPr>
          <w:b/>
          <w:bCs/>
          <w:sz w:val="14"/>
          <w:szCs w:val="14"/>
        </w:rPr>
      </w:pPr>
      <w:r>
        <w:t xml:space="preserve"> </w:t>
      </w:r>
      <w:r w:rsidR="00115408" w:rsidRPr="00CA416F">
        <w:rPr>
          <w:b/>
          <w:bCs/>
          <w:color w:val="EE0000"/>
          <w:sz w:val="14"/>
          <w:szCs w:val="14"/>
        </w:rPr>
        <w:t>General Discussion</w:t>
      </w:r>
    </w:p>
    <w:p w14:paraId="6599CB51" w14:textId="03565484" w:rsidR="00706B7F" w:rsidRPr="00316DA7" w:rsidRDefault="00115408" w:rsidP="00316DA7">
      <w:pPr>
        <w:pStyle w:val="ListBullet"/>
        <w:rPr>
          <w:sz w:val="14"/>
          <w:szCs w:val="14"/>
        </w:rPr>
      </w:pPr>
      <w:r w:rsidRPr="00316DA7">
        <w:rPr>
          <w:sz w:val="14"/>
          <w:szCs w:val="14"/>
        </w:rPr>
        <w:t>Reports</w:t>
      </w:r>
    </w:p>
    <w:p w14:paraId="5819E27A" w14:textId="6D836861" w:rsidR="00706B7F" w:rsidRPr="00316DA7" w:rsidRDefault="00115408">
      <w:pPr>
        <w:pStyle w:val="ListBullet"/>
        <w:rPr>
          <w:sz w:val="14"/>
          <w:szCs w:val="14"/>
        </w:rPr>
      </w:pPr>
      <w:r w:rsidRPr="00316DA7">
        <w:rPr>
          <w:sz w:val="14"/>
          <w:szCs w:val="14"/>
        </w:rPr>
        <w:t xml:space="preserve">Children’s Report – </w:t>
      </w:r>
      <w:r w:rsidR="008B5293">
        <w:rPr>
          <w:sz w:val="14"/>
          <w:szCs w:val="14"/>
        </w:rPr>
        <w:t>Lorna</w:t>
      </w:r>
    </w:p>
    <w:p w14:paraId="74124C6A" w14:textId="6750F946" w:rsidR="00706B7F" w:rsidRPr="00316DA7" w:rsidRDefault="00115408">
      <w:pPr>
        <w:pStyle w:val="ListBullet"/>
        <w:rPr>
          <w:sz w:val="14"/>
          <w:szCs w:val="14"/>
        </w:rPr>
      </w:pPr>
      <w:r w:rsidRPr="00316DA7">
        <w:rPr>
          <w:sz w:val="14"/>
          <w:szCs w:val="14"/>
        </w:rPr>
        <w:t>Director’s Report</w:t>
      </w:r>
    </w:p>
    <w:p w14:paraId="17D6D06B" w14:textId="77777777" w:rsidR="00706B7F" w:rsidRPr="00316DA7" w:rsidRDefault="00115408">
      <w:pPr>
        <w:pStyle w:val="ListBullet"/>
        <w:rPr>
          <w:sz w:val="14"/>
          <w:szCs w:val="14"/>
        </w:rPr>
      </w:pPr>
      <w:r w:rsidRPr="00316DA7">
        <w:rPr>
          <w:sz w:val="14"/>
          <w:szCs w:val="14"/>
        </w:rPr>
        <w:t>Lorna – Update on City Council Meeting, Green Thumb Drive</w:t>
      </w:r>
    </w:p>
    <w:p w14:paraId="37ABC401" w14:textId="1259144B" w:rsidR="00706B7F" w:rsidRPr="00316DA7" w:rsidRDefault="00115408">
      <w:pPr>
        <w:pStyle w:val="ListBullet"/>
        <w:rPr>
          <w:sz w:val="14"/>
          <w:szCs w:val="14"/>
        </w:rPr>
      </w:pPr>
      <w:proofErr w:type="spellStart"/>
      <w:r w:rsidRPr="00316DA7">
        <w:rPr>
          <w:sz w:val="14"/>
          <w:szCs w:val="14"/>
        </w:rPr>
        <w:t>ResourceMate</w:t>
      </w:r>
      <w:proofErr w:type="spellEnd"/>
      <w:r w:rsidRPr="00316DA7">
        <w:rPr>
          <w:sz w:val="14"/>
          <w:szCs w:val="14"/>
        </w:rPr>
        <w:t xml:space="preserve"> 202</w:t>
      </w:r>
      <w:r w:rsidR="00911793">
        <w:rPr>
          <w:sz w:val="14"/>
          <w:szCs w:val="14"/>
        </w:rPr>
        <w:t>5</w:t>
      </w:r>
      <w:r w:rsidRPr="00316DA7">
        <w:rPr>
          <w:sz w:val="14"/>
          <w:szCs w:val="14"/>
        </w:rPr>
        <w:t xml:space="preserve"> vs. 202</w:t>
      </w:r>
      <w:r w:rsidR="00911793">
        <w:rPr>
          <w:sz w:val="14"/>
          <w:szCs w:val="14"/>
        </w:rPr>
        <w:t>6</w:t>
      </w:r>
      <w:r w:rsidRPr="00316DA7">
        <w:rPr>
          <w:sz w:val="14"/>
          <w:szCs w:val="14"/>
        </w:rPr>
        <w:t xml:space="preserve"> Report</w:t>
      </w:r>
    </w:p>
    <w:p w14:paraId="538B33C0" w14:textId="77777777" w:rsidR="00706B7F" w:rsidRPr="00316DA7" w:rsidRDefault="00115408">
      <w:pPr>
        <w:pStyle w:val="ListBullet"/>
        <w:rPr>
          <w:sz w:val="14"/>
          <w:szCs w:val="14"/>
        </w:rPr>
      </w:pPr>
      <w:r w:rsidRPr="00316DA7">
        <w:rPr>
          <w:sz w:val="14"/>
          <w:szCs w:val="14"/>
        </w:rPr>
        <w:t>Daily Report Sheet</w:t>
      </w:r>
    </w:p>
    <w:p w14:paraId="1E4D4157" w14:textId="2F352280" w:rsidR="00706B7F" w:rsidRPr="00316DA7" w:rsidRDefault="00115408">
      <w:pPr>
        <w:pStyle w:val="ListBullet"/>
        <w:rPr>
          <w:sz w:val="14"/>
          <w:szCs w:val="14"/>
        </w:rPr>
      </w:pPr>
      <w:r w:rsidRPr="00316DA7">
        <w:rPr>
          <w:sz w:val="14"/>
          <w:szCs w:val="14"/>
        </w:rPr>
        <w:t>Wi-Fi Update</w:t>
      </w:r>
      <w:r w:rsidR="0066269D">
        <w:rPr>
          <w:sz w:val="14"/>
          <w:szCs w:val="14"/>
        </w:rPr>
        <w:t xml:space="preserve">  </w:t>
      </w:r>
      <w:r w:rsidR="00396DDD">
        <w:rPr>
          <w:sz w:val="14"/>
          <w:szCs w:val="14"/>
        </w:rPr>
        <w:t>No password on guest account</w:t>
      </w:r>
    </w:p>
    <w:p w14:paraId="1BBFFF67" w14:textId="40E908F7" w:rsidR="00706B7F" w:rsidRPr="00CC6A68" w:rsidRDefault="00115408" w:rsidP="00CC6A68">
      <w:pPr>
        <w:pStyle w:val="ListBullet"/>
        <w:rPr>
          <w:sz w:val="14"/>
          <w:szCs w:val="14"/>
        </w:rPr>
      </w:pPr>
      <w:r w:rsidRPr="00316DA7">
        <w:rPr>
          <w:sz w:val="14"/>
          <w:szCs w:val="14"/>
        </w:rPr>
        <w:t>Budget 202</w:t>
      </w:r>
      <w:r w:rsidR="0066269D">
        <w:rPr>
          <w:sz w:val="14"/>
          <w:szCs w:val="14"/>
        </w:rPr>
        <w:t>6</w:t>
      </w:r>
      <w:r w:rsidRPr="00316DA7">
        <w:rPr>
          <w:sz w:val="14"/>
          <w:szCs w:val="14"/>
        </w:rPr>
        <w:t>–202</w:t>
      </w:r>
      <w:r w:rsidR="0066269D">
        <w:rPr>
          <w:sz w:val="14"/>
          <w:szCs w:val="14"/>
        </w:rPr>
        <w:t>7</w:t>
      </w:r>
      <w:r w:rsidRPr="00CC6A68">
        <w:rPr>
          <w:sz w:val="14"/>
          <w:szCs w:val="14"/>
        </w:rPr>
        <w:t>Next Meeting</w:t>
      </w:r>
    </w:p>
    <w:p w14:paraId="2FB5CCF0" w14:textId="18AF3485" w:rsidR="00706B7F" w:rsidRPr="00C31E36" w:rsidRDefault="00115408">
      <w:pPr>
        <w:pStyle w:val="ListBullet"/>
        <w:rPr>
          <w:color w:val="EE0000"/>
          <w:sz w:val="14"/>
          <w:szCs w:val="14"/>
        </w:rPr>
      </w:pPr>
      <w:r w:rsidRPr="00C31E36">
        <w:rPr>
          <w:color w:val="EE0000"/>
          <w:sz w:val="14"/>
          <w:szCs w:val="14"/>
        </w:rPr>
        <w:t xml:space="preserve">Monday, </w:t>
      </w:r>
      <w:r w:rsidR="00583E7E">
        <w:rPr>
          <w:color w:val="EE0000"/>
          <w:sz w:val="14"/>
          <w:szCs w:val="14"/>
        </w:rPr>
        <w:t xml:space="preserve"> </w:t>
      </w:r>
      <w:r w:rsidR="006B78D2">
        <w:rPr>
          <w:color w:val="EE0000"/>
          <w:sz w:val="14"/>
          <w:szCs w:val="14"/>
        </w:rPr>
        <w:t>October 26</w:t>
      </w:r>
      <w:r w:rsidR="006B78D2" w:rsidRPr="006B78D2">
        <w:rPr>
          <w:color w:val="EE0000"/>
          <w:sz w:val="14"/>
          <w:szCs w:val="14"/>
          <w:vertAlign w:val="superscript"/>
        </w:rPr>
        <w:t>th</w:t>
      </w:r>
      <w:r w:rsidR="006B78D2">
        <w:rPr>
          <w:color w:val="EE0000"/>
          <w:sz w:val="14"/>
          <w:szCs w:val="14"/>
        </w:rPr>
        <w:t>,</w:t>
      </w:r>
      <w:r w:rsidRPr="00C31E36">
        <w:rPr>
          <w:color w:val="EE0000"/>
          <w:sz w:val="14"/>
          <w:szCs w:val="14"/>
        </w:rPr>
        <w:t xml:space="preserve"> 202</w:t>
      </w:r>
      <w:r w:rsidR="00960DA1">
        <w:rPr>
          <w:color w:val="EE0000"/>
          <w:sz w:val="14"/>
          <w:szCs w:val="14"/>
        </w:rPr>
        <w:t>6</w:t>
      </w:r>
      <w:r w:rsidRPr="00C31E36">
        <w:rPr>
          <w:color w:val="EE0000"/>
          <w:sz w:val="14"/>
          <w:szCs w:val="14"/>
        </w:rPr>
        <w:t xml:space="preserve"> – 5:30 PM</w:t>
      </w:r>
    </w:p>
    <w:p w14:paraId="71E75BA9" w14:textId="77777777" w:rsidR="00FB7833" w:rsidRPr="00316DA7" w:rsidRDefault="00115408" w:rsidP="00FB7833">
      <w:pPr>
        <w:pStyle w:val="ListBullet"/>
        <w:rPr>
          <w:sz w:val="14"/>
          <w:szCs w:val="14"/>
        </w:rPr>
      </w:pPr>
      <w:r w:rsidRPr="00316DA7">
        <w:rPr>
          <w:sz w:val="14"/>
          <w:szCs w:val="14"/>
        </w:rPr>
        <w:t>Meetings are held the last Monday of each month (12 meetings per year instead of 10).</w:t>
      </w:r>
    </w:p>
    <w:p w14:paraId="7DF84049" w14:textId="43E7E33A" w:rsidR="00B61B97" w:rsidRDefault="00126542" w:rsidP="006C0A88">
      <w:pPr>
        <w:pStyle w:val="ListBullet"/>
        <w:rPr>
          <w:sz w:val="16"/>
          <w:szCs w:val="16"/>
        </w:rPr>
      </w:pPr>
      <w:r>
        <w:rPr>
          <w:sz w:val="16"/>
          <w:szCs w:val="16"/>
        </w:rPr>
        <w:t xml:space="preserve">Adjourn </w:t>
      </w:r>
    </w:p>
    <w:p w14:paraId="6E68C92D" w14:textId="77777777" w:rsidR="00B61B97" w:rsidRDefault="00B61B97" w:rsidP="00126542">
      <w:pPr>
        <w:pStyle w:val="ListBullet"/>
        <w:numPr>
          <w:ilvl w:val="0"/>
          <w:numId w:val="0"/>
        </w:numPr>
        <w:rPr>
          <w:sz w:val="16"/>
          <w:szCs w:val="16"/>
        </w:rPr>
      </w:pPr>
    </w:p>
    <w:p w14:paraId="6318AACC" w14:textId="77777777" w:rsidR="00B61B97" w:rsidRDefault="00B61B97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6A458710" w14:textId="40482478" w:rsidR="00126542" w:rsidRDefault="00126542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34EC3092" w14:textId="062F3CD6" w:rsidR="00126542" w:rsidRDefault="00126542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26DD3B0F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06AF7D0C" w14:textId="7CA994F1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2806EF4C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645591B2" w14:textId="077939D3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7AD4D3ED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2B930D58" w14:textId="05A2C48B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48F188CC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7A18CC21" w14:textId="25445532" w:rsidR="00E45041" w:rsidRDefault="00C05B7B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</w:t>
      </w:r>
    </w:p>
    <w:p w14:paraId="772CD9BB" w14:textId="24588C76" w:rsidR="00F26190" w:rsidRDefault="00C05B7B" w:rsidP="00F26190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14DB7AE" w14:textId="3602D5D4" w:rsidR="00F26190" w:rsidRDefault="00F26190" w:rsidP="00F26190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3ACED6F1" w14:textId="77777777" w:rsidR="00F26190" w:rsidRDefault="00F26190" w:rsidP="00F26190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4CDC3904" w14:textId="4DE931AD" w:rsidR="00F26190" w:rsidRDefault="00F26190" w:rsidP="00F26190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62782906" w14:textId="3C4013F4" w:rsidR="00F26190" w:rsidRDefault="00F26190" w:rsidP="00F26190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1751C0AE" w14:textId="06356D70" w:rsidR="00F26190" w:rsidRDefault="00F26190" w:rsidP="00F26190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2659BF8A" w14:textId="77777777" w:rsidR="00F26190" w:rsidRDefault="00F26190" w:rsidP="00F26190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4C240F53" w14:textId="77777777" w:rsidR="00F26190" w:rsidRDefault="00F26190" w:rsidP="00F26190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4BD7B6BD" w14:textId="77777777" w:rsidR="00F26190" w:rsidRDefault="00F26190" w:rsidP="00F26190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2F080EC6" w14:textId="3DB42715" w:rsidR="00F26190" w:rsidRDefault="00F26190" w:rsidP="00F26190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1A4BAE85" w14:textId="77777777" w:rsidR="00F26190" w:rsidRDefault="00F26190" w:rsidP="00F26190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24042179" w14:textId="3F68F34F" w:rsidR="00F26190" w:rsidRDefault="00F26190" w:rsidP="00F26190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7E751C5E" w14:textId="77777777" w:rsidR="00F26190" w:rsidRDefault="00F26190" w:rsidP="00F26190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1D2A8491" w14:textId="351B6424" w:rsidR="00F26190" w:rsidRDefault="00F26190" w:rsidP="00F26190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58738733" w14:textId="77777777" w:rsidR="00F26190" w:rsidRDefault="00F26190" w:rsidP="00F26190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771E9017" w14:textId="77777777" w:rsidR="00F26190" w:rsidRDefault="00F26190" w:rsidP="00F26190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6717A7F9" w14:textId="77777777" w:rsidR="00F26190" w:rsidRDefault="00F26190" w:rsidP="00F26190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74A8F9E2" w14:textId="446F6795" w:rsidR="00F26190" w:rsidRDefault="00F26190" w:rsidP="00F26190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0CCCA527" w14:textId="77777777" w:rsidR="00F26190" w:rsidRDefault="00F26190" w:rsidP="00F26190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6275CF63" w14:textId="65BC6CD3" w:rsidR="00C05B7B" w:rsidRDefault="00C05B7B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  <w:sz w:val="16"/>
          <w:szCs w:val="16"/>
        </w:rPr>
        <w:t xml:space="preserve">        </w:t>
      </w:r>
    </w:p>
    <w:p w14:paraId="7865D8E4" w14:textId="1F9E2C37" w:rsidR="00E45041" w:rsidRDefault="00C05B7B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</w:t>
      </w:r>
    </w:p>
    <w:p w14:paraId="5D4BCCDB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2C3465BA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4300D098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23FD7670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425F02C6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07CC417C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048FD719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0F6507A0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51375FDF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614EB53E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4BE7900E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280BB45B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3EC71D37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01FB5E96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71C3C149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575127E3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036D31CD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4AE3BB60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7524B6DE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385ECA45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553C979E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382A0507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55B681E8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56C73582" w14:textId="77777777" w:rsidR="00E45041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</w:p>
    <w:p w14:paraId="55197435" w14:textId="373E32DB" w:rsidR="00706B7F" w:rsidRDefault="00E45041" w:rsidP="00126542">
      <w:pPr>
        <w:pStyle w:val="ListBullet"/>
        <w:numPr>
          <w:ilvl w:val="0"/>
          <w:numId w:val="0"/>
        </w:numPr>
        <w:ind w:left="36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4A8962E2" w14:textId="77777777" w:rsidR="00B61B97" w:rsidRDefault="00B61B97" w:rsidP="00B61B97">
      <w:pPr>
        <w:pStyle w:val="ListBullet"/>
        <w:numPr>
          <w:ilvl w:val="0"/>
          <w:numId w:val="0"/>
        </w:numPr>
        <w:ind w:left="360" w:hanging="360"/>
        <w:rPr>
          <w:sz w:val="16"/>
          <w:szCs w:val="16"/>
        </w:rPr>
      </w:pPr>
    </w:p>
    <w:p w14:paraId="7010E176" w14:textId="77777777" w:rsidR="00B61B97" w:rsidRDefault="00B61B97" w:rsidP="00B61B97">
      <w:pPr>
        <w:pStyle w:val="ListBullet"/>
        <w:numPr>
          <w:ilvl w:val="0"/>
          <w:numId w:val="0"/>
        </w:numPr>
        <w:ind w:left="360" w:hanging="360"/>
        <w:rPr>
          <w:sz w:val="16"/>
          <w:szCs w:val="16"/>
        </w:rPr>
      </w:pPr>
    </w:p>
    <w:p w14:paraId="53E3536D" w14:textId="77777777" w:rsidR="00B61B97" w:rsidRDefault="00B61B97" w:rsidP="00B61B97">
      <w:pPr>
        <w:pStyle w:val="ListBullet"/>
        <w:numPr>
          <w:ilvl w:val="0"/>
          <w:numId w:val="0"/>
        </w:numPr>
        <w:ind w:left="360" w:hanging="360"/>
        <w:rPr>
          <w:sz w:val="16"/>
          <w:szCs w:val="16"/>
        </w:rPr>
      </w:pPr>
    </w:p>
    <w:p w14:paraId="68D973D5" w14:textId="77777777" w:rsidR="00B61B97" w:rsidRPr="006C0A88" w:rsidRDefault="00B61B97" w:rsidP="00B61B97">
      <w:pPr>
        <w:pStyle w:val="ListBullet"/>
        <w:numPr>
          <w:ilvl w:val="0"/>
          <w:numId w:val="0"/>
        </w:numPr>
        <w:ind w:left="360" w:hanging="360"/>
        <w:rPr>
          <w:sz w:val="16"/>
          <w:szCs w:val="16"/>
        </w:rPr>
      </w:pPr>
    </w:p>
    <w:sectPr w:rsidR="00B61B97" w:rsidRPr="006C0A88" w:rsidSect="00C81CD6">
      <w:pgSz w:w="12240" w:h="15840" w:code="1"/>
      <w:pgMar w:top="432" w:right="720" w:bottom="432" w:left="720" w:header="720" w:footer="720" w:gutter="0"/>
      <w:paperSrc w:first="1" w:other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15B79" w14:textId="77777777" w:rsidR="002E456D" w:rsidRDefault="002E456D" w:rsidP="00126542">
      <w:pPr>
        <w:spacing w:after="0" w:line="240" w:lineRule="auto"/>
      </w:pPr>
      <w:r>
        <w:separator/>
      </w:r>
    </w:p>
  </w:endnote>
  <w:endnote w:type="continuationSeparator" w:id="0">
    <w:p w14:paraId="35866955" w14:textId="77777777" w:rsidR="002E456D" w:rsidRDefault="002E456D" w:rsidP="00126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937A0" w14:textId="77777777" w:rsidR="002E456D" w:rsidRDefault="002E456D" w:rsidP="00126542">
      <w:pPr>
        <w:spacing w:after="0" w:line="240" w:lineRule="auto"/>
      </w:pPr>
      <w:r>
        <w:separator/>
      </w:r>
    </w:p>
  </w:footnote>
  <w:footnote w:type="continuationSeparator" w:id="0">
    <w:p w14:paraId="6620EA83" w14:textId="77777777" w:rsidR="002E456D" w:rsidRDefault="002E456D" w:rsidP="001265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B73CECE8"/>
    <w:lvl w:ilvl="0">
      <w:start w:val="1"/>
      <w:numFmt w:val="bullet"/>
      <w:pStyle w:val="List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</w:abstractNum>
  <w:abstractNum w:abstractNumId="9" w15:restartNumberingAfterBreak="0">
    <w:nsid w:val="379C1D95"/>
    <w:multiLevelType w:val="hybridMultilevel"/>
    <w:tmpl w:val="423C7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541049">
    <w:abstractNumId w:val="8"/>
  </w:num>
  <w:num w:numId="2" w16cid:durableId="565721789">
    <w:abstractNumId w:val="6"/>
  </w:num>
  <w:num w:numId="3" w16cid:durableId="301006966">
    <w:abstractNumId w:val="5"/>
  </w:num>
  <w:num w:numId="4" w16cid:durableId="681397859">
    <w:abstractNumId w:val="4"/>
  </w:num>
  <w:num w:numId="5" w16cid:durableId="1466698728">
    <w:abstractNumId w:val="7"/>
  </w:num>
  <w:num w:numId="6" w16cid:durableId="486939063">
    <w:abstractNumId w:val="3"/>
  </w:num>
  <w:num w:numId="7" w16cid:durableId="888686534">
    <w:abstractNumId w:val="2"/>
  </w:num>
  <w:num w:numId="8" w16cid:durableId="2106342143">
    <w:abstractNumId w:val="1"/>
  </w:num>
  <w:num w:numId="9" w16cid:durableId="1040788324">
    <w:abstractNumId w:val="0"/>
  </w:num>
  <w:num w:numId="10" w16cid:durableId="15925913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6A5"/>
    <w:rsid w:val="00005DAA"/>
    <w:rsid w:val="00016E2B"/>
    <w:rsid w:val="0002401C"/>
    <w:rsid w:val="0002628C"/>
    <w:rsid w:val="00034616"/>
    <w:rsid w:val="000357A7"/>
    <w:rsid w:val="00040E71"/>
    <w:rsid w:val="000425B9"/>
    <w:rsid w:val="00046C6C"/>
    <w:rsid w:val="000503D0"/>
    <w:rsid w:val="0006063C"/>
    <w:rsid w:val="00065A02"/>
    <w:rsid w:val="00071133"/>
    <w:rsid w:val="00077894"/>
    <w:rsid w:val="000853F6"/>
    <w:rsid w:val="000858C8"/>
    <w:rsid w:val="00090888"/>
    <w:rsid w:val="00095DA3"/>
    <w:rsid w:val="00096238"/>
    <w:rsid w:val="000B0585"/>
    <w:rsid w:val="000C4065"/>
    <w:rsid w:val="000C5789"/>
    <w:rsid w:val="000C6D5F"/>
    <w:rsid w:val="000C7EDC"/>
    <w:rsid w:val="000D3D9E"/>
    <w:rsid w:val="000D7C11"/>
    <w:rsid w:val="000F5E59"/>
    <w:rsid w:val="0011291D"/>
    <w:rsid w:val="00115408"/>
    <w:rsid w:val="00121F4B"/>
    <w:rsid w:val="00126542"/>
    <w:rsid w:val="00126741"/>
    <w:rsid w:val="00141A43"/>
    <w:rsid w:val="00143DFC"/>
    <w:rsid w:val="0015074B"/>
    <w:rsid w:val="00150AF4"/>
    <w:rsid w:val="001566F9"/>
    <w:rsid w:val="0016265D"/>
    <w:rsid w:val="001635CE"/>
    <w:rsid w:val="00165B26"/>
    <w:rsid w:val="00171F70"/>
    <w:rsid w:val="00173BA3"/>
    <w:rsid w:val="00177F94"/>
    <w:rsid w:val="0018365F"/>
    <w:rsid w:val="001A1409"/>
    <w:rsid w:val="001A1985"/>
    <w:rsid w:val="001A2609"/>
    <w:rsid w:val="001A64C9"/>
    <w:rsid w:val="001D2466"/>
    <w:rsid w:val="001D3BA5"/>
    <w:rsid w:val="001E2C07"/>
    <w:rsid w:val="001E5D6A"/>
    <w:rsid w:val="001F3CB2"/>
    <w:rsid w:val="002102C1"/>
    <w:rsid w:val="00215BE6"/>
    <w:rsid w:val="00220753"/>
    <w:rsid w:val="002279D4"/>
    <w:rsid w:val="00231CB5"/>
    <w:rsid w:val="00237FC7"/>
    <w:rsid w:val="00241C0D"/>
    <w:rsid w:val="002556A8"/>
    <w:rsid w:val="00255AB4"/>
    <w:rsid w:val="00257719"/>
    <w:rsid w:val="00257D36"/>
    <w:rsid w:val="00262B64"/>
    <w:rsid w:val="002636E7"/>
    <w:rsid w:val="002759E8"/>
    <w:rsid w:val="002828BB"/>
    <w:rsid w:val="00284BF5"/>
    <w:rsid w:val="00295DD3"/>
    <w:rsid w:val="0029639D"/>
    <w:rsid w:val="002A4A16"/>
    <w:rsid w:val="002B05B0"/>
    <w:rsid w:val="002C27A0"/>
    <w:rsid w:val="002C781F"/>
    <w:rsid w:val="002D01A3"/>
    <w:rsid w:val="002E0DE4"/>
    <w:rsid w:val="002E456D"/>
    <w:rsid w:val="00316DA7"/>
    <w:rsid w:val="00321372"/>
    <w:rsid w:val="0032538F"/>
    <w:rsid w:val="00326F90"/>
    <w:rsid w:val="003411FF"/>
    <w:rsid w:val="00346697"/>
    <w:rsid w:val="00347B22"/>
    <w:rsid w:val="00355522"/>
    <w:rsid w:val="00355539"/>
    <w:rsid w:val="00355B71"/>
    <w:rsid w:val="0036751E"/>
    <w:rsid w:val="00381393"/>
    <w:rsid w:val="00381EFE"/>
    <w:rsid w:val="0038668A"/>
    <w:rsid w:val="00387D16"/>
    <w:rsid w:val="00391BBB"/>
    <w:rsid w:val="00391C9F"/>
    <w:rsid w:val="003925C9"/>
    <w:rsid w:val="00395102"/>
    <w:rsid w:val="00395353"/>
    <w:rsid w:val="00396DDD"/>
    <w:rsid w:val="003A783A"/>
    <w:rsid w:val="003B0556"/>
    <w:rsid w:val="003B7425"/>
    <w:rsid w:val="003C0677"/>
    <w:rsid w:val="003D3EC1"/>
    <w:rsid w:val="003E2544"/>
    <w:rsid w:val="003F18EB"/>
    <w:rsid w:val="00413898"/>
    <w:rsid w:val="00423028"/>
    <w:rsid w:val="00423F71"/>
    <w:rsid w:val="00424E4C"/>
    <w:rsid w:val="00433453"/>
    <w:rsid w:val="00433910"/>
    <w:rsid w:val="00440F78"/>
    <w:rsid w:val="00445073"/>
    <w:rsid w:val="0044648F"/>
    <w:rsid w:val="00452AFD"/>
    <w:rsid w:val="004724CC"/>
    <w:rsid w:val="00473A8B"/>
    <w:rsid w:val="0047450D"/>
    <w:rsid w:val="00475E99"/>
    <w:rsid w:val="00477CF7"/>
    <w:rsid w:val="004927F1"/>
    <w:rsid w:val="00494465"/>
    <w:rsid w:val="004A0109"/>
    <w:rsid w:val="004B20BA"/>
    <w:rsid w:val="004B634F"/>
    <w:rsid w:val="004D5907"/>
    <w:rsid w:val="004D7A5C"/>
    <w:rsid w:val="004E3D3C"/>
    <w:rsid w:val="004E66FE"/>
    <w:rsid w:val="004E72F1"/>
    <w:rsid w:val="004F2E6D"/>
    <w:rsid w:val="004F3D45"/>
    <w:rsid w:val="004F6123"/>
    <w:rsid w:val="004F7BFF"/>
    <w:rsid w:val="00511CF3"/>
    <w:rsid w:val="00522FBB"/>
    <w:rsid w:val="00526E17"/>
    <w:rsid w:val="00532F79"/>
    <w:rsid w:val="0053496F"/>
    <w:rsid w:val="0053571E"/>
    <w:rsid w:val="00540C9F"/>
    <w:rsid w:val="00542BBD"/>
    <w:rsid w:val="00556069"/>
    <w:rsid w:val="00560603"/>
    <w:rsid w:val="00570BF0"/>
    <w:rsid w:val="0057135F"/>
    <w:rsid w:val="00577BF1"/>
    <w:rsid w:val="00581D49"/>
    <w:rsid w:val="0058390C"/>
    <w:rsid w:val="00583D55"/>
    <w:rsid w:val="00583E7E"/>
    <w:rsid w:val="00592DF9"/>
    <w:rsid w:val="00594BD4"/>
    <w:rsid w:val="005A54C9"/>
    <w:rsid w:val="005B0751"/>
    <w:rsid w:val="005B2D7A"/>
    <w:rsid w:val="005B738E"/>
    <w:rsid w:val="005C3085"/>
    <w:rsid w:val="005C5203"/>
    <w:rsid w:val="005C61BC"/>
    <w:rsid w:val="005C7DF0"/>
    <w:rsid w:val="005D5E20"/>
    <w:rsid w:val="005E24B4"/>
    <w:rsid w:val="005F09A0"/>
    <w:rsid w:val="005F148E"/>
    <w:rsid w:val="00616888"/>
    <w:rsid w:val="00617BFC"/>
    <w:rsid w:val="006233E5"/>
    <w:rsid w:val="00650061"/>
    <w:rsid w:val="00657A98"/>
    <w:rsid w:val="00660B32"/>
    <w:rsid w:val="00661075"/>
    <w:rsid w:val="0066203A"/>
    <w:rsid w:val="0066269D"/>
    <w:rsid w:val="00682E26"/>
    <w:rsid w:val="006A5463"/>
    <w:rsid w:val="006A5F19"/>
    <w:rsid w:val="006B3EBA"/>
    <w:rsid w:val="006B5020"/>
    <w:rsid w:val="006B78D2"/>
    <w:rsid w:val="006C0A88"/>
    <w:rsid w:val="006E0AF6"/>
    <w:rsid w:val="006F14EE"/>
    <w:rsid w:val="006F57B6"/>
    <w:rsid w:val="00702EF2"/>
    <w:rsid w:val="00702F45"/>
    <w:rsid w:val="00703309"/>
    <w:rsid w:val="00706B7F"/>
    <w:rsid w:val="00707A30"/>
    <w:rsid w:val="00730526"/>
    <w:rsid w:val="00730900"/>
    <w:rsid w:val="00730E91"/>
    <w:rsid w:val="00731FF2"/>
    <w:rsid w:val="00731FFD"/>
    <w:rsid w:val="00742ED0"/>
    <w:rsid w:val="00743337"/>
    <w:rsid w:val="00743E2F"/>
    <w:rsid w:val="007534C1"/>
    <w:rsid w:val="00760C01"/>
    <w:rsid w:val="00760FBA"/>
    <w:rsid w:val="007756CB"/>
    <w:rsid w:val="0077588E"/>
    <w:rsid w:val="007815D7"/>
    <w:rsid w:val="00782132"/>
    <w:rsid w:val="00792131"/>
    <w:rsid w:val="007973BB"/>
    <w:rsid w:val="007A370F"/>
    <w:rsid w:val="007A4741"/>
    <w:rsid w:val="007A6E5C"/>
    <w:rsid w:val="007A7C7B"/>
    <w:rsid w:val="007B1FBC"/>
    <w:rsid w:val="007B6957"/>
    <w:rsid w:val="007C148D"/>
    <w:rsid w:val="007E0AFF"/>
    <w:rsid w:val="007E0D46"/>
    <w:rsid w:val="007E2B2D"/>
    <w:rsid w:val="007E6D86"/>
    <w:rsid w:val="007F6E59"/>
    <w:rsid w:val="008028C9"/>
    <w:rsid w:val="008031F4"/>
    <w:rsid w:val="00806B6F"/>
    <w:rsid w:val="0081475F"/>
    <w:rsid w:val="00814EE0"/>
    <w:rsid w:val="00815421"/>
    <w:rsid w:val="00830629"/>
    <w:rsid w:val="00831492"/>
    <w:rsid w:val="00832639"/>
    <w:rsid w:val="00845487"/>
    <w:rsid w:val="00851BBE"/>
    <w:rsid w:val="00854DC8"/>
    <w:rsid w:val="00857E49"/>
    <w:rsid w:val="008623FC"/>
    <w:rsid w:val="008634A1"/>
    <w:rsid w:val="00865934"/>
    <w:rsid w:val="008670E7"/>
    <w:rsid w:val="008678F2"/>
    <w:rsid w:val="0087424E"/>
    <w:rsid w:val="00877EF4"/>
    <w:rsid w:val="008805A7"/>
    <w:rsid w:val="008875ED"/>
    <w:rsid w:val="008973EA"/>
    <w:rsid w:val="008A423D"/>
    <w:rsid w:val="008B04E5"/>
    <w:rsid w:val="008B3B1D"/>
    <w:rsid w:val="008B5293"/>
    <w:rsid w:val="008C7280"/>
    <w:rsid w:val="008D04D0"/>
    <w:rsid w:val="008D4CBD"/>
    <w:rsid w:val="008E7056"/>
    <w:rsid w:val="00904FAB"/>
    <w:rsid w:val="00905A92"/>
    <w:rsid w:val="00905B5A"/>
    <w:rsid w:val="009075AC"/>
    <w:rsid w:val="00907F1F"/>
    <w:rsid w:val="0091109B"/>
    <w:rsid w:val="00911793"/>
    <w:rsid w:val="009216BD"/>
    <w:rsid w:val="009228B2"/>
    <w:rsid w:val="009341A0"/>
    <w:rsid w:val="00942774"/>
    <w:rsid w:val="0095113A"/>
    <w:rsid w:val="009531DF"/>
    <w:rsid w:val="00960DA1"/>
    <w:rsid w:val="00966523"/>
    <w:rsid w:val="00970B4E"/>
    <w:rsid w:val="009773A8"/>
    <w:rsid w:val="00980395"/>
    <w:rsid w:val="00980CDB"/>
    <w:rsid w:val="00980E85"/>
    <w:rsid w:val="00986C86"/>
    <w:rsid w:val="009935AD"/>
    <w:rsid w:val="009A017A"/>
    <w:rsid w:val="009A1ABE"/>
    <w:rsid w:val="009A4AA6"/>
    <w:rsid w:val="009C542F"/>
    <w:rsid w:val="009E0132"/>
    <w:rsid w:val="009E1279"/>
    <w:rsid w:val="009F1639"/>
    <w:rsid w:val="009F5369"/>
    <w:rsid w:val="009F666C"/>
    <w:rsid w:val="00A10020"/>
    <w:rsid w:val="00A2608A"/>
    <w:rsid w:val="00A27B8F"/>
    <w:rsid w:val="00A322A2"/>
    <w:rsid w:val="00A3697A"/>
    <w:rsid w:val="00A512FE"/>
    <w:rsid w:val="00A5438C"/>
    <w:rsid w:val="00A54AA2"/>
    <w:rsid w:val="00A57D6D"/>
    <w:rsid w:val="00A77EF3"/>
    <w:rsid w:val="00A80D96"/>
    <w:rsid w:val="00A81D21"/>
    <w:rsid w:val="00A81E32"/>
    <w:rsid w:val="00A82EAB"/>
    <w:rsid w:val="00A866DF"/>
    <w:rsid w:val="00A90AF3"/>
    <w:rsid w:val="00A93D95"/>
    <w:rsid w:val="00A946F5"/>
    <w:rsid w:val="00A97360"/>
    <w:rsid w:val="00AA135A"/>
    <w:rsid w:val="00AA1D8D"/>
    <w:rsid w:val="00AA6C83"/>
    <w:rsid w:val="00AC5A37"/>
    <w:rsid w:val="00AD1DB7"/>
    <w:rsid w:val="00B011C3"/>
    <w:rsid w:val="00B02990"/>
    <w:rsid w:val="00B10B5B"/>
    <w:rsid w:val="00B12776"/>
    <w:rsid w:val="00B131FE"/>
    <w:rsid w:val="00B13261"/>
    <w:rsid w:val="00B324E4"/>
    <w:rsid w:val="00B3538D"/>
    <w:rsid w:val="00B3584C"/>
    <w:rsid w:val="00B47730"/>
    <w:rsid w:val="00B51332"/>
    <w:rsid w:val="00B51E36"/>
    <w:rsid w:val="00B556B5"/>
    <w:rsid w:val="00B61B97"/>
    <w:rsid w:val="00B65166"/>
    <w:rsid w:val="00B755FF"/>
    <w:rsid w:val="00B80BD3"/>
    <w:rsid w:val="00B85C5A"/>
    <w:rsid w:val="00B9025C"/>
    <w:rsid w:val="00BA4E0C"/>
    <w:rsid w:val="00BB42BE"/>
    <w:rsid w:val="00BC5432"/>
    <w:rsid w:val="00BD10B0"/>
    <w:rsid w:val="00BE0116"/>
    <w:rsid w:val="00BE3058"/>
    <w:rsid w:val="00BE6FCC"/>
    <w:rsid w:val="00C05B7B"/>
    <w:rsid w:val="00C07799"/>
    <w:rsid w:val="00C10FC0"/>
    <w:rsid w:val="00C13DF1"/>
    <w:rsid w:val="00C22729"/>
    <w:rsid w:val="00C24F0C"/>
    <w:rsid w:val="00C27082"/>
    <w:rsid w:val="00C27D73"/>
    <w:rsid w:val="00C31E36"/>
    <w:rsid w:val="00C35A18"/>
    <w:rsid w:val="00C4137F"/>
    <w:rsid w:val="00C425A7"/>
    <w:rsid w:val="00C42FEE"/>
    <w:rsid w:val="00C44D2E"/>
    <w:rsid w:val="00C450E1"/>
    <w:rsid w:val="00C7008C"/>
    <w:rsid w:val="00C7344E"/>
    <w:rsid w:val="00C81529"/>
    <w:rsid w:val="00C81CD6"/>
    <w:rsid w:val="00C83002"/>
    <w:rsid w:val="00C86AA1"/>
    <w:rsid w:val="00C971E7"/>
    <w:rsid w:val="00CA0CD5"/>
    <w:rsid w:val="00CA2B9D"/>
    <w:rsid w:val="00CA416F"/>
    <w:rsid w:val="00CB0664"/>
    <w:rsid w:val="00CC4CDC"/>
    <w:rsid w:val="00CC6A68"/>
    <w:rsid w:val="00CD16C7"/>
    <w:rsid w:val="00CE0DEF"/>
    <w:rsid w:val="00CE109E"/>
    <w:rsid w:val="00CE5CF8"/>
    <w:rsid w:val="00CF1555"/>
    <w:rsid w:val="00CF7A2B"/>
    <w:rsid w:val="00D11791"/>
    <w:rsid w:val="00D1234B"/>
    <w:rsid w:val="00D1330D"/>
    <w:rsid w:val="00D23593"/>
    <w:rsid w:val="00D24D54"/>
    <w:rsid w:val="00D250F1"/>
    <w:rsid w:val="00D37938"/>
    <w:rsid w:val="00D4618E"/>
    <w:rsid w:val="00D63BAB"/>
    <w:rsid w:val="00D64411"/>
    <w:rsid w:val="00D660F6"/>
    <w:rsid w:val="00D72B17"/>
    <w:rsid w:val="00D76D39"/>
    <w:rsid w:val="00D939B7"/>
    <w:rsid w:val="00D9566C"/>
    <w:rsid w:val="00D96C1E"/>
    <w:rsid w:val="00DA7D8A"/>
    <w:rsid w:val="00DB3211"/>
    <w:rsid w:val="00DD182B"/>
    <w:rsid w:val="00DD20E1"/>
    <w:rsid w:val="00DE2C33"/>
    <w:rsid w:val="00DE62E0"/>
    <w:rsid w:val="00E034C1"/>
    <w:rsid w:val="00E034CD"/>
    <w:rsid w:val="00E16602"/>
    <w:rsid w:val="00E32B20"/>
    <w:rsid w:val="00E34023"/>
    <w:rsid w:val="00E45041"/>
    <w:rsid w:val="00E47D99"/>
    <w:rsid w:val="00E5038A"/>
    <w:rsid w:val="00E5437D"/>
    <w:rsid w:val="00E60302"/>
    <w:rsid w:val="00E7524B"/>
    <w:rsid w:val="00E81087"/>
    <w:rsid w:val="00E83633"/>
    <w:rsid w:val="00E83DB1"/>
    <w:rsid w:val="00E86429"/>
    <w:rsid w:val="00E866F5"/>
    <w:rsid w:val="00E90BD1"/>
    <w:rsid w:val="00E93BF5"/>
    <w:rsid w:val="00EC2467"/>
    <w:rsid w:val="00ED4FAF"/>
    <w:rsid w:val="00ED5FF9"/>
    <w:rsid w:val="00EF35B6"/>
    <w:rsid w:val="00EF5988"/>
    <w:rsid w:val="00EF6145"/>
    <w:rsid w:val="00F02237"/>
    <w:rsid w:val="00F0482F"/>
    <w:rsid w:val="00F06F36"/>
    <w:rsid w:val="00F17075"/>
    <w:rsid w:val="00F26190"/>
    <w:rsid w:val="00F362B2"/>
    <w:rsid w:val="00F41EE9"/>
    <w:rsid w:val="00F64540"/>
    <w:rsid w:val="00F778DC"/>
    <w:rsid w:val="00F778FF"/>
    <w:rsid w:val="00F810E7"/>
    <w:rsid w:val="00F91E03"/>
    <w:rsid w:val="00F94C6A"/>
    <w:rsid w:val="00FA265F"/>
    <w:rsid w:val="00FA54D6"/>
    <w:rsid w:val="00FB1AA9"/>
    <w:rsid w:val="00FB50FF"/>
    <w:rsid w:val="00FB73E1"/>
    <w:rsid w:val="00FB7833"/>
    <w:rsid w:val="00FC693F"/>
    <w:rsid w:val="00FD5C7E"/>
    <w:rsid w:val="00FD668D"/>
    <w:rsid w:val="00FD6EAD"/>
    <w:rsid w:val="00FE0D34"/>
    <w:rsid w:val="00FE3AE4"/>
    <w:rsid w:val="00FE4B07"/>
    <w:rsid w:val="00FE5A68"/>
    <w:rsid w:val="00FF2337"/>
    <w:rsid w:val="00FF2F98"/>
    <w:rsid w:val="00FF3B12"/>
    <w:rsid w:val="00FF620B"/>
    <w:rsid w:val="00FF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CD6A56"/>
  <w14:defaultImageDpi w14:val="330"/>
  <w15:docId w15:val="{AAF11377-00BC-4339-A240-4EBB10C10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D6E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E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756C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eofiowa.seamlessdocs.com/f/SponsorRequestC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playlist?list=PLmzb0ewrKaaSzsM4X689_zwQ5nHbUOeq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d5.myworkday.com/wday/authgwy/stateofiowa/login.htmld?redirect=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ateofiowa.seamlessdocs.com/f/External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Lorna Naeve</cp:lastModifiedBy>
  <cp:revision>2</cp:revision>
  <cp:lastPrinted>2026-09-27T22:53:00Z</cp:lastPrinted>
  <dcterms:created xsi:type="dcterms:W3CDTF">2026-09-28T00:53:00Z</dcterms:created>
  <dcterms:modified xsi:type="dcterms:W3CDTF">2026-09-28T00:53:00Z</dcterms:modified>
  <cp:category/>
</cp:coreProperties>
</file>